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CAC60" w14:textId="77777777" w:rsidR="00853F45" w:rsidRDefault="00000000">
      <w:pPr>
        <w:spacing w:after="20" w:line="240" w:lineRule="auto"/>
        <w:jc w:val="center"/>
      </w:pPr>
      <w:r>
        <w:rPr>
          <w:b/>
        </w:rPr>
        <w:t>DICHIARAZIONE SOSTITUTIVA DELL’ATTO DI NOTORIETÀ</w:t>
      </w:r>
    </w:p>
    <w:p w14:paraId="5D4DE0A6" w14:textId="77777777" w:rsidR="00853F45" w:rsidRDefault="00000000">
      <w:pPr>
        <w:spacing w:line="240" w:lineRule="auto"/>
        <w:jc w:val="center"/>
      </w:pPr>
      <w:r>
        <w:t>(art. 47 del D.P.R. 28 dicembre 2000, n. 445)</w:t>
      </w:r>
    </w:p>
    <w:p w14:paraId="0FB0313A" w14:textId="77777777" w:rsidR="00853F45" w:rsidRDefault="00000000">
      <w:pPr>
        <w:spacing w:line="240" w:lineRule="auto"/>
        <w:jc w:val="center"/>
      </w:pPr>
      <w:r>
        <w:rPr>
          <w:b/>
        </w:rPr>
        <w:t>DA COMPILARE IN CASO DI ATTESTAZIONE ISEE PARI A € 0,00</w:t>
      </w:r>
    </w:p>
    <w:p w14:paraId="755D2747" w14:textId="77777777" w:rsidR="00853F45" w:rsidRDefault="00000000">
      <w:pPr>
        <w:spacing w:after="100" w:line="240" w:lineRule="auto"/>
      </w:pPr>
      <w:r>
        <w:t>Il/La sottoscritto/a ______________________________________________________________</w:t>
      </w:r>
    </w:p>
    <w:p w14:paraId="11B8CB41" w14:textId="77777777" w:rsidR="00853F45" w:rsidRDefault="00000000">
      <w:pPr>
        <w:spacing w:after="100" w:line="240" w:lineRule="auto"/>
      </w:pPr>
      <w:r>
        <w:t>nato/a a __________________________________________ il _____________________________</w:t>
      </w:r>
    </w:p>
    <w:p w14:paraId="795A24D9" w14:textId="77777777" w:rsidR="00853F45" w:rsidRDefault="00000000">
      <w:pPr>
        <w:spacing w:after="100" w:line="240" w:lineRule="auto"/>
      </w:pPr>
      <w:r>
        <w:t>residente a __________________________________ in via ______________________________</w:t>
      </w:r>
    </w:p>
    <w:p w14:paraId="1244876E" w14:textId="77777777" w:rsidR="00853F45" w:rsidRDefault="00000000" w:rsidP="00EC69BB">
      <w:pPr>
        <w:spacing w:line="240" w:lineRule="auto"/>
        <w:jc w:val="both"/>
      </w:pPr>
      <w:r>
        <w:t>consapevole delle responsabilità penali previste dall’art. 76 del D.P.R. n. 445/2000 in caso di dichiarazioni mendaci, falsità negli atti o uso di atti falsi, nonché della decadenza dai benefici eventualmente conseguiti sulla base di dichiarazioni non veritiere, ai sensi dell’art. 75 del medesimo D.P.R. n. 445/2000,</w:t>
      </w:r>
    </w:p>
    <w:p w14:paraId="6A0C3E55" w14:textId="77777777" w:rsidR="00853F45" w:rsidRDefault="00000000">
      <w:pPr>
        <w:spacing w:after="160" w:line="240" w:lineRule="auto"/>
        <w:jc w:val="center"/>
      </w:pPr>
      <w:r>
        <w:rPr>
          <w:b/>
        </w:rPr>
        <w:t>DICHIARA</w:t>
      </w:r>
    </w:p>
    <w:p w14:paraId="72C025A2" w14:textId="77777777" w:rsidR="00853F45" w:rsidRDefault="00000000" w:rsidP="00EC69BB">
      <w:pPr>
        <w:spacing w:after="100" w:line="240" w:lineRule="auto"/>
        <w:jc w:val="both"/>
      </w:pPr>
      <w:r>
        <w:t>ai fini della richiesta del contributo per l’acquisto dei libri di testo relativo all’anno scolastico 2026/2027, in presenza di attestazione ISEE pari a € 0,00, che le fonti e i mezzi dai quali il proprio nucleo familiare trae sostentamento sono i seguenti:</w:t>
      </w:r>
    </w:p>
    <w:p w14:paraId="5070A120" w14:textId="77777777" w:rsidR="00853F45" w:rsidRDefault="00000000">
      <w:pPr>
        <w:spacing w:after="100" w:line="240" w:lineRule="auto"/>
      </w:pPr>
      <w:r>
        <w:t>________________________________________________________________________________</w:t>
      </w:r>
    </w:p>
    <w:p w14:paraId="0BE22A69" w14:textId="77777777" w:rsidR="00853F45" w:rsidRDefault="00000000">
      <w:pPr>
        <w:spacing w:after="100" w:line="240" w:lineRule="auto"/>
      </w:pPr>
      <w:r>
        <w:t>________________________________________________________________________________</w:t>
      </w:r>
    </w:p>
    <w:p w14:paraId="7E81B331" w14:textId="77777777" w:rsidR="00853F45" w:rsidRDefault="00000000">
      <w:pPr>
        <w:spacing w:after="100" w:line="240" w:lineRule="auto"/>
      </w:pPr>
      <w:r>
        <w:t>________________________________________________________________________________</w:t>
      </w:r>
    </w:p>
    <w:p w14:paraId="50C44FB8" w14:textId="77777777" w:rsidR="00853F45" w:rsidRDefault="00000000">
      <w:pPr>
        <w:spacing w:after="160" w:line="240" w:lineRule="auto"/>
      </w:pPr>
      <w:r>
        <w:t>________________________________________________________________________________</w:t>
      </w:r>
    </w:p>
    <w:p w14:paraId="1633157F" w14:textId="77777777" w:rsidR="00853F45" w:rsidRDefault="00000000" w:rsidP="00EC69BB">
      <w:pPr>
        <w:spacing w:line="240" w:lineRule="auto"/>
        <w:jc w:val="both"/>
      </w:pPr>
      <w:r>
        <w:t>e che l’introito complessivamente derivante da tali fonti e mezzi di sostentamento è quantificabile in € ___________________________.</w:t>
      </w:r>
    </w:p>
    <w:p w14:paraId="40CC5FD6" w14:textId="77777777" w:rsidR="00853F45" w:rsidRDefault="00000000">
      <w:pPr>
        <w:spacing w:after="240" w:line="240" w:lineRule="auto"/>
      </w:pPr>
      <w:r>
        <w:t>Allega copia di un documento di riconoscimento in corso di validità.</w:t>
      </w:r>
    </w:p>
    <w:p w14:paraId="7B855F25" w14:textId="77777777" w:rsidR="00853F45" w:rsidRDefault="00000000">
      <w:pPr>
        <w:spacing w:after="100" w:line="240" w:lineRule="auto"/>
      </w:pPr>
      <w:r>
        <w:t>Pellezzano, __________________________</w:t>
      </w:r>
    </w:p>
    <w:p w14:paraId="469FF671" w14:textId="77777777" w:rsidR="00853F45" w:rsidRDefault="00000000">
      <w:pPr>
        <w:spacing w:after="40" w:line="240" w:lineRule="auto"/>
        <w:jc w:val="right"/>
      </w:pPr>
      <w:r>
        <w:rPr>
          <w:b/>
        </w:rPr>
        <w:t>Il/La dichiarante</w:t>
      </w:r>
    </w:p>
    <w:p w14:paraId="01BE2B64" w14:textId="77777777" w:rsidR="00853F45" w:rsidRDefault="00000000">
      <w:pPr>
        <w:spacing w:after="240" w:line="240" w:lineRule="auto"/>
        <w:jc w:val="right"/>
      </w:pPr>
      <w:r>
        <w:t>____________________________________</w:t>
      </w:r>
    </w:p>
    <w:p w14:paraId="779342BD" w14:textId="77777777" w:rsidR="00853F45" w:rsidRDefault="00000000">
      <w:pPr>
        <w:spacing w:after="100" w:line="240" w:lineRule="auto"/>
        <w:jc w:val="center"/>
      </w:pPr>
      <w:r>
        <w:rPr>
          <w:b/>
        </w:rPr>
        <w:t>INFORMATIVA SUL TRATTAMENTO DEI DATI PERSONALI</w:t>
      </w:r>
    </w:p>
    <w:p w14:paraId="67743B54" w14:textId="77777777" w:rsidR="00853F45" w:rsidRDefault="00000000" w:rsidP="00EC69BB">
      <w:pPr>
        <w:spacing w:after="80" w:line="240" w:lineRule="auto"/>
        <w:jc w:val="both"/>
      </w:pPr>
      <w:r>
        <w:t>I dati personali acquisiti con la presente dichiarazione saranno trattati dal Comune di Pellezzano esclusivamente per le finalità connesse al procedimento relativo al contributo per l’acquisto dei libri di testo, nel rispetto del Regolamento (UE) 2016/679 (GDPR), del D.Lgs. 30 giugno 2003, n. 196, come modificato dal D.Lgs. 10 agosto 2018, n. 101, e della normativa vigente in materia di protezione dei dati personali.</w:t>
      </w:r>
    </w:p>
    <w:sectPr w:rsidR="00853F45"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67969012">
    <w:abstractNumId w:val="8"/>
  </w:num>
  <w:num w:numId="2" w16cid:durableId="817301769">
    <w:abstractNumId w:val="6"/>
  </w:num>
  <w:num w:numId="3" w16cid:durableId="841360352">
    <w:abstractNumId w:val="5"/>
  </w:num>
  <w:num w:numId="4" w16cid:durableId="73667651">
    <w:abstractNumId w:val="4"/>
  </w:num>
  <w:num w:numId="5" w16cid:durableId="785584858">
    <w:abstractNumId w:val="7"/>
  </w:num>
  <w:num w:numId="6" w16cid:durableId="634797744">
    <w:abstractNumId w:val="3"/>
  </w:num>
  <w:num w:numId="7" w16cid:durableId="192230905">
    <w:abstractNumId w:val="2"/>
  </w:num>
  <w:num w:numId="8" w16cid:durableId="558173015">
    <w:abstractNumId w:val="1"/>
  </w:num>
  <w:num w:numId="9" w16cid:durableId="1708261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40686"/>
    <w:rsid w:val="00853F45"/>
    <w:rsid w:val="00AA1D8D"/>
    <w:rsid w:val="00B47730"/>
    <w:rsid w:val="00CB0664"/>
    <w:rsid w:val="00EC69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B6525F"/>
  <w14:defaultImageDpi w14:val="300"/>
  <w15:docId w15:val="{6E9DFE33-96F9-472F-8B2C-3B9461324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eastAsia="Arial" w:hAnsi="Arial"/>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Antonio Camberlingo</cp:lastModifiedBy>
  <cp:revision>2</cp:revision>
  <dcterms:created xsi:type="dcterms:W3CDTF">2026-09-08T06:18:00Z</dcterms:created>
  <dcterms:modified xsi:type="dcterms:W3CDTF">2026-09-08T06:18:00Z</dcterms:modified>
  <cp:category/>
</cp:coreProperties>
</file>